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EE427" w14:textId="59B73F7E" w:rsidR="008B7595" w:rsidRPr="00802778" w:rsidRDefault="008B7595" w:rsidP="008B7595">
      <w:pPr>
        <w:rPr>
          <w:lang w:val="fr-FR"/>
        </w:rPr>
      </w:pPr>
      <w:r>
        <w:t xml:space="preserve">SALON INTERNATIONAL DU LIVRE DES ARTS ET DE LA CULTURE </w:t>
      </w:r>
      <w:r w:rsidR="006D6D3E">
        <w:t>CHRÉTIENNE d</w:t>
      </w:r>
      <w:r w:rsidR="006D6D3E">
        <w:rPr>
          <w:rFonts w:ascii="Aptos Narrow" w:hAnsi="Aptos Narrow"/>
        </w:rPr>
        <w:t>'</w:t>
      </w:r>
      <w:r w:rsidR="006D6D3E">
        <w:t xml:space="preserve">Abidjan </w:t>
      </w:r>
      <w:r w:rsidR="00A818DF">
        <w:t xml:space="preserve">du </w:t>
      </w:r>
      <w:r w:rsidR="006D6D3E">
        <w:rPr>
          <w:b/>
          <w:bCs/>
        </w:rPr>
        <w:t xml:space="preserve">26 février </w:t>
      </w:r>
      <w:r w:rsidR="00802778" w:rsidRPr="00802778">
        <w:rPr>
          <w:b/>
          <w:bCs/>
          <w:lang w:val="fr-FR"/>
        </w:rPr>
        <w:t xml:space="preserve">au </w:t>
      </w:r>
      <w:r w:rsidR="006D6D3E">
        <w:rPr>
          <w:b/>
          <w:bCs/>
          <w:lang w:val="fr-FR"/>
        </w:rPr>
        <w:t>1</w:t>
      </w:r>
      <w:r w:rsidR="006D6D3E" w:rsidRPr="006D6D3E">
        <w:rPr>
          <w:b/>
          <w:bCs/>
          <w:vertAlign w:val="superscript"/>
          <w:lang w:val="fr-FR"/>
        </w:rPr>
        <w:t>er</w:t>
      </w:r>
      <w:r w:rsidR="006D6D3E">
        <w:rPr>
          <w:b/>
          <w:bCs/>
          <w:lang w:val="fr-FR"/>
        </w:rPr>
        <w:t xml:space="preserve"> mars </w:t>
      </w:r>
      <w:r w:rsidR="00802778" w:rsidRPr="00802778">
        <w:rPr>
          <w:b/>
          <w:bCs/>
          <w:lang w:val="fr-FR"/>
        </w:rPr>
        <w:t xml:space="preserve"> 2027</w:t>
      </w:r>
    </w:p>
    <w:p w14:paraId="5BDB1E1B" w14:textId="77777777" w:rsidR="008B7595" w:rsidRDefault="008B7595">
      <w:pPr>
        <w:pStyle w:val="Titel"/>
        <w:spacing w:after="160"/>
      </w:pPr>
    </w:p>
    <w:p w14:paraId="1BD75C01" w14:textId="05886018" w:rsidR="000721DF" w:rsidRPr="008B7595" w:rsidRDefault="00000000" w:rsidP="008B7595">
      <w:pPr>
        <w:pStyle w:val="Titel"/>
        <w:spacing w:after="160"/>
        <w:jc w:val="center"/>
        <w:rPr>
          <w:b/>
          <w:bCs/>
          <w:sz w:val="22"/>
          <w:szCs w:val="22"/>
        </w:rPr>
      </w:pPr>
      <w:r w:rsidRPr="008B7595">
        <w:rPr>
          <w:b/>
          <w:bCs/>
          <w:sz w:val="22"/>
          <w:szCs w:val="22"/>
        </w:rPr>
        <w:t>Fiche d’inscription des exposants</w:t>
      </w:r>
    </w:p>
    <w:p w14:paraId="5AD10412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À remplir et à retourner au comité d’organisation. Cochez les cases correspondant à votre demande.</w:t>
      </w:r>
    </w:p>
    <w:p w14:paraId="1F96156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Dates du salon : ...................................   Lieu : ................................................................</w:t>
      </w:r>
    </w:p>
    <w:p w14:paraId="5BC1169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1 Identité et coordonnées</w:t>
      </w:r>
    </w:p>
    <w:p w14:paraId="198BB150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Nom et prénom : ........................................................................................................................</w:t>
      </w:r>
    </w:p>
    <w:p w14:paraId="1F1E0E7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Structure ou nom professionnel : ................................................................................................</w:t>
      </w:r>
    </w:p>
    <w:p w14:paraId="5F1E0B93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Fonction : ..................................................   Ville et pays : .........................................................</w:t>
      </w:r>
    </w:p>
    <w:p w14:paraId="1EAEFB85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Téléphone ou WhatsApp : .........................................   Courriel : ..................................................</w:t>
      </w:r>
    </w:p>
    <w:p w14:paraId="39F3CD1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Site Internet ou page Facebook : ................................................................................................</w:t>
      </w:r>
    </w:p>
    <w:p w14:paraId="5910F3C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2 Profil de participation</w:t>
      </w:r>
    </w:p>
    <w:p w14:paraId="7A64169D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Auteur   ☐ Éditeur   ☐ Libraire   ☐ Artiste peintre   ☐ Poète   ☐ Cinéaste</w:t>
      </w:r>
      <w:r w:rsidRPr="008B7595">
        <w:rPr>
          <w:sz w:val="22"/>
        </w:rPr>
        <w:br/>
        <w:t>☐ Comédien   ☐ Association culturelle   ☐ Institution   ☐ Autre : ..............................................</w:t>
      </w:r>
    </w:p>
    <w:p w14:paraId="6CC48DA1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Livres, œuvres ou activités présentés : ........................................................................................</w:t>
      </w:r>
      <w:r w:rsidRPr="008B7595">
        <w:rPr>
          <w:sz w:val="22"/>
        </w:rPr>
        <w:br/>
        <w:t>.....................................................................................................................................................</w:t>
      </w:r>
    </w:p>
    <w:p w14:paraId="4B7A386C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3 Choix du stand et tarifs</w:t>
      </w:r>
    </w:p>
    <w:p w14:paraId="2AD3667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Cochez une formule. Prix en USD pour les trois jours du salon.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82"/>
        <w:gridCol w:w="3191"/>
        <w:gridCol w:w="2905"/>
      </w:tblGrid>
      <w:tr w:rsidR="000721DF" w:rsidRPr="008B7595" w14:paraId="7411C6C6" w14:textId="77777777" w:rsidTr="008B7595">
        <w:trPr>
          <w:trHeight w:val="282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0B0EDE44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Formule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547193E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Espace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24448793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Forfait 3 jours</w:t>
            </w:r>
          </w:p>
        </w:tc>
      </w:tr>
      <w:tr w:rsidR="000721DF" w:rsidRPr="008B7595" w14:paraId="7A2B4E98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90398D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Auteur découverte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A0BFE5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Place sur une table partagée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92A632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75 USD / personne</w:t>
            </w:r>
          </w:p>
        </w:tc>
      </w:tr>
      <w:tr w:rsidR="000721DF" w:rsidRPr="008B7595" w14:paraId="10EB54D0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32596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Petit exposant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E75DBC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 m² individuels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E78C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150 USD</w:t>
            </w:r>
          </w:p>
        </w:tc>
      </w:tr>
      <w:tr w:rsidR="000721DF" w:rsidRPr="008B7595" w14:paraId="13228BE3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217B17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standard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27BFEC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9EA78A1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250 USD</w:t>
            </w:r>
          </w:p>
        </w:tc>
      </w:tr>
      <w:tr w:rsidR="000721DF" w:rsidRPr="008B7595" w14:paraId="42E5378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5D3D5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confort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05E2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C4C5CE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400 USD</w:t>
            </w:r>
          </w:p>
        </w:tc>
      </w:tr>
      <w:tr w:rsidR="000721DF" w:rsidRPr="008B7595" w14:paraId="7E415882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E90A2D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institutionnel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DC3052A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12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DAA02F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650 USD</w:t>
            </w:r>
          </w:p>
        </w:tc>
      </w:tr>
      <w:tr w:rsidR="000721DF" w:rsidRPr="008B7595" w14:paraId="3C01245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BED60D9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Grand espace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CA934C8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18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25AAF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900 USD</w:t>
            </w:r>
          </w:p>
        </w:tc>
      </w:tr>
    </w:tbl>
    <w:p w14:paraId="12DC7A33" w14:textId="77777777" w:rsidR="000721DF" w:rsidRPr="008B7595" w:rsidRDefault="00000000">
      <w:pPr>
        <w:spacing w:before="60" w:after="100"/>
        <w:rPr>
          <w:sz w:val="22"/>
        </w:rPr>
      </w:pPr>
      <w:r w:rsidRPr="008B7595">
        <w:rPr>
          <w:i/>
          <w:sz w:val="22"/>
        </w:rPr>
        <w:t xml:space="preserve">Le paiement sera effectué uniquement après validation de l’inscription par le </w:t>
      </w:r>
      <w:r w:rsidRPr="008B7595">
        <w:rPr>
          <w:i/>
          <w:sz w:val="24"/>
          <w:szCs w:val="24"/>
        </w:rPr>
        <w:t>comité</w:t>
      </w:r>
      <w:r w:rsidRPr="008B7595">
        <w:rPr>
          <w:i/>
          <w:sz w:val="22"/>
        </w:rPr>
        <w:t xml:space="preserve"> d’organisation.</w:t>
      </w:r>
    </w:p>
    <w:p w14:paraId="2F48A06A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Nombre de personnes présentes : .............   ☐ Demande particulière à préciser : ........................</w:t>
      </w:r>
    </w:p>
    <w:p w14:paraId="103ECA9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Besoins : ☐ Table(s) : ........   ☐ Chaise(s) : ........   ☐ Électricité   ☐ Autre : ................................</w:t>
      </w:r>
    </w:p>
    <w:p w14:paraId="53EED2A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Besoin particulier d’accessibilité ou d’aménagement : ................................................................</w:t>
      </w:r>
    </w:p>
    <w:p w14:paraId="0C143BAB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4 Activités proposées</w:t>
      </w:r>
    </w:p>
    <w:p w14:paraId="7F41D14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Dédicace   ☐ Présentation de livre   ☐ Lecture publique   ☐ Atelier</w:t>
      </w:r>
      <w:r w:rsidRPr="008B7595">
        <w:rPr>
          <w:sz w:val="22"/>
        </w:rPr>
        <w:br/>
        <w:t>☐ Rencontre professionnelle   ☐ Animation artistique   ☐ Aucune   ☐ Autre : ...........................</w:t>
      </w:r>
    </w:p>
    <w:p w14:paraId="1B069FE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Intitulé et durée envisagés : .........................................................................................................</w:t>
      </w:r>
    </w:p>
    <w:p w14:paraId="68315EB8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5 Déclaration et signature</w:t>
      </w:r>
    </w:p>
    <w:p w14:paraId="490BB812" w14:textId="77777777" w:rsidR="000721DF" w:rsidRDefault="00000000">
      <w:pPr>
        <w:rPr>
          <w:sz w:val="22"/>
        </w:rPr>
      </w:pPr>
      <w:r w:rsidRPr="008B7595">
        <w:rPr>
          <w:sz w:val="22"/>
        </w:rPr>
        <w:t>Je certifie l’exactitude des renseignements fournis. Je comprends que cette demande reste soumise à la confirmation du comité d’organisation, à la disponibilité des espaces et aux conditions de participation qui me seront communiquées. Les informations recueillies servent au traitement de mon inscription et à l’organisation de ma participation.</w:t>
      </w:r>
    </w:p>
    <w:p w14:paraId="5750C051" w14:textId="77777777" w:rsidR="008B7595" w:rsidRPr="008B7595" w:rsidRDefault="008B7595">
      <w:pPr>
        <w:rPr>
          <w:sz w:val="22"/>
        </w:rPr>
      </w:pPr>
    </w:p>
    <w:p w14:paraId="61A174B6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lastRenderedPageBreak/>
        <w:t>Cadre réservé à l’organisation</w:t>
      </w:r>
    </w:p>
    <w:p w14:paraId="0A0752B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Dossier n° : ..................   ☐ Reçu   ☐ À compléter   ☐ Confirmé   ☐ En attente   Stand n° : ............</w:t>
      </w:r>
    </w:p>
    <w:p w14:paraId="55FD2633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Forfait retenu : ................ USD   Montant reçu : ................ USD   Solde : ................ USD</w:t>
      </w:r>
    </w:p>
    <w:p w14:paraId="6BAF45B2" w14:textId="77777777" w:rsidR="000721DF" w:rsidRPr="008B7595" w:rsidRDefault="00000000">
      <w:pPr>
        <w:spacing w:before="140"/>
        <w:rPr>
          <w:sz w:val="22"/>
        </w:rPr>
      </w:pPr>
      <w:r w:rsidRPr="008B7595">
        <w:rPr>
          <w:b/>
          <w:sz w:val="22"/>
        </w:rPr>
        <w:t>Signature du postulant</w:t>
      </w:r>
    </w:p>
    <w:p w14:paraId="3E11AF55" w14:textId="77777777" w:rsidR="000721DF" w:rsidRPr="008B7595" w:rsidRDefault="00000000">
      <w:pPr>
        <w:spacing w:after="40"/>
        <w:rPr>
          <w:sz w:val="22"/>
        </w:rPr>
      </w:pPr>
      <w:r w:rsidRPr="008B7595">
        <w:rPr>
          <w:sz w:val="22"/>
        </w:rPr>
        <w:t>Fait à : ........................................   Le : ....... / ....... / ..............</w:t>
      </w:r>
    </w:p>
    <w:p w14:paraId="4780187C" w14:textId="77777777" w:rsidR="000721DF" w:rsidRPr="008B7595" w:rsidRDefault="00000000">
      <w:pPr>
        <w:spacing w:before="200"/>
        <w:rPr>
          <w:sz w:val="22"/>
        </w:rPr>
      </w:pPr>
      <w:r w:rsidRPr="008B7595">
        <w:rPr>
          <w:sz w:val="22"/>
        </w:rPr>
        <w:t>Signature : ........................................................................</w:t>
      </w:r>
    </w:p>
    <w:sectPr w:rsidR="000721DF" w:rsidRPr="008B7595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7" w:right="1008" w:bottom="964" w:left="1008" w:header="255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44A4D" w14:textId="77777777" w:rsidR="00272736" w:rsidRDefault="00272736">
      <w:pPr>
        <w:spacing w:after="0"/>
      </w:pPr>
      <w:r>
        <w:separator/>
      </w:r>
    </w:p>
  </w:endnote>
  <w:endnote w:type="continuationSeparator" w:id="0">
    <w:p w14:paraId="43A325F9" w14:textId="77777777" w:rsidR="00272736" w:rsidRDefault="002727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47CA2" w14:textId="77777777" w:rsidR="00F1464A" w:rsidRDefault="00F1464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C2C78" w14:textId="722A7C51" w:rsidR="000721DF" w:rsidRDefault="00000000">
    <w:pPr>
      <w:pStyle w:val="Fuzeile"/>
      <w:jc w:val="center"/>
    </w:pPr>
    <w:r>
      <w:rPr>
        <w:sz w:val="16"/>
      </w:rPr>
      <w:t>contact@soilaac.com  •  leiter@e-verlag.com</w:t>
    </w:r>
    <w:r>
      <w:rPr>
        <w:sz w:val="16"/>
      </w:rPr>
      <w:br/>
      <w:t>www.soilaac.com  •  +</w:t>
    </w:r>
    <w:r w:rsidR="00F1464A">
      <w:rPr>
        <w:sz w:val="16"/>
      </w:rPr>
      <w:t xml:space="preserve"> 225 07 4936 9480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5A624" w14:textId="77777777" w:rsidR="00F1464A" w:rsidRDefault="00F1464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C4A78" w14:textId="77777777" w:rsidR="00272736" w:rsidRDefault="00272736">
      <w:pPr>
        <w:spacing w:after="0"/>
      </w:pPr>
      <w:r>
        <w:separator/>
      </w:r>
    </w:p>
  </w:footnote>
  <w:footnote w:type="continuationSeparator" w:id="0">
    <w:p w14:paraId="36AE810C" w14:textId="77777777" w:rsidR="00272736" w:rsidRDefault="002727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077E0" w14:textId="77777777" w:rsidR="00F1464A" w:rsidRDefault="00F1464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4932"/>
      <w:gridCol w:w="4932"/>
    </w:tblGrid>
    <w:tr w:rsidR="000721DF" w14:paraId="36020C7D" w14:textId="77777777">
      <w:tc>
        <w:tcPr>
          <w:tcW w:w="4932" w:type="dxa"/>
          <w:vAlign w:val="center"/>
        </w:tcPr>
        <w:p w14:paraId="6EA55413" w14:textId="6E8AA7B2" w:rsidR="000721DF" w:rsidRDefault="000721DF">
          <w:pPr>
            <w:spacing w:after="0"/>
          </w:pPr>
        </w:p>
      </w:tc>
      <w:tc>
        <w:tcPr>
          <w:tcW w:w="4932" w:type="dxa"/>
          <w:vAlign w:val="center"/>
        </w:tcPr>
        <w:p w14:paraId="57976220" w14:textId="77777777" w:rsidR="000721DF" w:rsidRDefault="00000000">
          <w:pPr>
            <w:spacing w:after="0"/>
            <w:jc w:val="right"/>
          </w:pPr>
          <w:r>
            <w:rPr>
              <w:noProof/>
            </w:rPr>
            <w:drawing>
              <wp:inline distT="0" distB="0" distL="0" distR="0" wp14:anchorId="16490047" wp14:editId="099C5387">
                <wp:extent cx="533032" cy="4860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032" cy="48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59C3DF7" w14:textId="77777777" w:rsidR="000721DF" w:rsidRDefault="00000000">
          <w:pPr>
            <w:spacing w:after="0"/>
            <w:jc w:val="right"/>
          </w:pPr>
          <w:r>
            <w:rPr>
              <w:b/>
              <w:color w:val="164D2B"/>
              <w:sz w:val="18"/>
            </w:rPr>
            <w:t>Eichenblatt Verlag</w:t>
          </w:r>
        </w:p>
      </w:tc>
    </w:tr>
  </w:tbl>
  <w:p w14:paraId="07A5F67F" w14:textId="77777777" w:rsidR="000721DF" w:rsidRDefault="000721DF">
    <w:pPr>
      <w:spacing w:after="0" w:line="2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2E014" w14:textId="77777777" w:rsidR="00F1464A" w:rsidRDefault="00F1464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5327505">
    <w:abstractNumId w:val="8"/>
  </w:num>
  <w:num w:numId="2" w16cid:durableId="1582182522">
    <w:abstractNumId w:val="6"/>
  </w:num>
  <w:num w:numId="3" w16cid:durableId="1459371089">
    <w:abstractNumId w:val="5"/>
  </w:num>
  <w:num w:numId="4" w16cid:durableId="1372269803">
    <w:abstractNumId w:val="4"/>
  </w:num>
  <w:num w:numId="5" w16cid:durableId="895358506">
    <w:abstractNumId w:val="7"/>
  </w:num>
  <w:num w:numId="6" w16cid:durableId="1349328881">
    <w:abstractNumId w:val="3"/>
  </w:num>
  <w:num w:numId="7" w16cid:durableId="1946687126">
    <w:abstractNumId w:val="2"/>
  </w:num>
  <w:num w:numId="8" w16cid:durableId="2005276651">
    <w:abstractNumId w:val="1"/>
  </w:num>
  <w:num w:numId="9" w16cid:durableId="35936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21DF"/>
    <w:rsid w:val="0015074B"/>
    <w:rsid w:val="001E0175"/>
    <w:rsid w:val="002660AD"/>
    <w:rsid w:val="00272736"/>
    <w:rsid w:val="002922B2"/>
    <w:rsid w:val="0029639D"/>
    <w:rsid w:val="00326F90"/>
    <w:rsid w:val="003A462E"/>
    <w:rsid w:val="004C5F20"/>
    <w:rsid w:val="005A4C41"/>
    <w:rsid w:val="006D6D3E"/>
    <w:rsid w:val="00802778"/>
    <w:rsid w:val="008B7595"/>
    <w:rsid w:val="0099252E"/>
    <w:rsid w:val="00A818DF"/>
    <w:rsid w:val="00AA1D8D"/>
    <w:rsid w:val="00AE0356"/>
    <w:rsid w:val="00B37723"/>
    <w:rsid w:val="00B47730"/>
    <w:rsid w:val="00C51B9C"/>
    <w:rsid w:val="00CB0664"/>
    <w:rsid w:val="00F146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D5484"/>
  <w14:defaultImageDpi w14:val="300"/>
  <w15:docId w15:val="{9FE4DF82-CEBE-4A45-8579-F28F9867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pPr>
      <w:spacing w:after="60" w:line="240" w:lineRule="auto"/>
    </w:pPr>
    <w:rPr>
      <w:rFonts w:ascii="Calibri" w:hAnsi="Calibri"/>
      <w:sz w:val="19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b/>
      <w:bCs/>
      <w:color w:val="000000"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spacing w:after="300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3037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Tingbo Assale</cp:lastModifiedBy>
  <cp:revision>3</cp:revision>
  <dcterms:created xsi:type="dcterms:W3CDTF">2026-10-24T20:43:00Z</dcterms:created>
  <dcterms:modified xsi:type="dcterms:W3CDTF">2026-10-24T20:45:00Z</dcterms:modified>
  <cp:category/>
</cp:coreProperties>
</file>