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069780C3" w:rsidR="008B7595" w:rsidRPr="00802778" w:rsidRDefault="008B7595" w:rsidP="008B7595">
      <w:pPr>
        <w:rPr>
          <w:lang w:val="fr-FR"/>
        </w:rPr>
      </w:pPr>
      <w:r>
        <w:t>SALON INTERNATIONAL DU LIVRE DES ARTS ET DE LA CULTURE D</w:t>
      </w:r>
      <w:r w:rsidR="0099252E">
        <w:t xml:space="preserve">E </w:t>
      </w:r>
      <w:r w:rsidR="002660AD">
        <w:t>LUBUMBASHI</w:t>
      </w:r>
      <w:r w:rsidR="00A818DF">
        <w:t xml:space="preserve"> du </w:t>
      </w:r>
      <w:r w:rsidR="00802778" w:rsidRPr="00802778">
        <w:rPr>
          <w:b/>
          <w:bCs/>
          <w:lang w:val="fr-FR"/>
        </w:rPr>
        <w:t>3 au 5 septembre 2027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 xml:space="preserve">Fiche </w:t>
      </w:r>
      <w:proofErr w:type="spellStart"/>
      <w:r w:rsidRPr="008B7595">
        <w:rPr>
          <w:b/>
          <w:bCs/>
          <w:sz w:val="22"/>
          <w:szCs w:val="22"/>
        </w:rPr>
        <w:t>d’inscription</w:t>
      </w:r>
      <w:proofErr w:type="spellEnd"/>
      <w:r w:rsidRPr="008B7595">
        <w:rPr>
          <w:b/>
          <w:bCs/>
          <w:sz w:val="22"/>
          <w:szCs w:val="22"/>
        </w:rPr>
        <w:t xml:space="preserve"> des </w:t>
      </w:r>
      <w:proofErr w:type="spellStart"/>
      <w:r w:rsidRPr="008B7595">
        <w:rPr>
          <w:b/>
          <w:bCs/>
          <w:sz w:val="22"/>
          <w:szCs w:val="22"/>
        </w:rPr>
        <w:t>exposants</w:t>
      </w:r>
      <w:proofErr w:type="spellEnd"/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À </w:t>
      </w:r>
      <w:proofErr w:type="spellStart"/>
      <w:r w:rsidRPr="008B7595">
        <w:rPr>
          <w:sz w:val="22"/>
        </w:rPr>
        <w:t>remplir</w:t>
      </w:r>
      <w:proofErr w:type="spellEnd"/>
      <w:r w:rsidRPr="008B7595">
        <w:rPr>
          <w:sz w:val="22"/>
        </w:rPr>
        <w:t xml:space="preserve"> et à </w:t>
      </w:r>
      <w:proofErr w:type="spellStart"/>
      <w:r w:rsidRPr="008B7595">
        <w:rPr>
          <w:sz w:val="22"/>
        </w:rPr>
        <w:t>retourner</w:t>
      </w:r>
      <w:proofErr w:type="spellEnd"/>
      <w:r w:rsidRPr="008B7595">
        <w:rPr>
          <w:sz w:val="22"/>
        </w:rPr>
        <w:t xml:space="preserve">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Dates du </w:t>
      </w:r>
      <w:proofErr w:type="gramStart"/>
      <w:r w:rsidRPr="008B7595">
        <w:rPr>
          <w:sz w:val="22"/>
        </w:rPr>
        <w:t>salon :</w:t>
      </w:r>
      <w:proofErr w:type="gramEnd"/>
      <w:r w:rsidRPr="008B7595">
        <w:rPr>
          <w:sz w:val="22"/>
        </w:rPr>
        <w:t xml:space="preserve"> ...................................   </w:t>
      </w:r>
      <w:proofErr w:type="gramStart"/>
      <w:r w:rsidRPr="008B7595">
        <w:rPr>
          <w:sz w:val="22"/>
        </w:rPr>
        <w:t>Lieu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 et </w:t>
      </w:r>
      <w:proofErr w:type="gramStart"/>
      <w:r w:rsidRPr="008B7595">
        <w:rPr>
          <w:sz w:val="22"/>
        </w:rPr>
        <w:t>prénom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Structure ou nom </w:t>
      </w:r>
      <w:proofErr w:type="gramStart"/>
      <w:r w:rsidRPr="008B7595">
        <w:rPr>
          <w:sz w:val="22"/>
        </w:rPr>
        <w:t>professionnel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Fonction :</w:t>
      </w:r>
      <w:proofErr w:type="gramEnd"/>
      <w:r w:rsidRPr="008B7595">
        <w:rPr>
          <w:sz w:val="22"/>
        </w:rPr>
        <w:t xml:space="preserve"> ..................................................   Ville et </w:t>
      </w:r>
      <w:proofErr w:type="gramStart"/>
      <w:r w:rsidRPr="008B7595">
        <w:rPr>
          <w:sz w:val="22"/>
        </w:rPr>
        <w:t>pays :</w:t>
      </w:r>
      <w:proofErr w:type="gramEnd"/>
      <w:r w:rsidRPr="008B7595">
        <w:rPr>
          <w:sz w:val="22"/>
        </w:rPr>
        <w:t xml:space="preserve">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Téléphone ou </w:t>
      </w:r>
      <w:proofErr w:type="gramStart"/>
      <w:r w:rsidRPr="008B7595">
        <w:rPr>
          <w:sz w:val="22"/>
        </w:rPr>
        <w:t>WhatsApp :</w:t>
      </w:r>
      <w:proofErr w:type="gramEnd"/>
      <w:r w:rsidRPr="008B7595">
        <w:rPr>
          <w:sz w:val="22"/>
        </w:rPr>
        <w:t xml:space="preserve"> .........................................   </w:t>
      </w:r>
      <w:proofErr w:type="gramStart"/>
      <w:r w:rsidRPr="008B7595">
        <w:rPr>
          <w:sz w:val="22"/>
        </w:rPr>
        <w:t>Courriel :</w:t>
      </w:r>
      <w:proofErr w:type="gramEnd"/>
      <w:r w:rsidRPr="008B7595">
        <w:rPr>
          <w:sz w:val="22"/>
        </w:rPr>
        <w:t xml:space="preserve">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Site Internet ou page </w:t>
      </w:r>
      <w:proofErr w:type="gramStart"/>
      <w:r w:rsidRPr="008B7595">
        <w:rPr>
          <w:sz w:val="22"/>
        </w:rPr>
        <w:t>Facebook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 xml:space="preserve">☐ Comédien   ☐ Association culturelle   ☐ Institution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Livres, œuvres ou activités </w:t>
      </w:r>
      <w:proofErr w:type="gramStart"/>
      <w:r w:rsidRPr="008B7595">
        <w:rPr>
          <w:sz w:val="22"/>
        </w:rPr>
        <w:t>présentés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Nombre de personnes </w:t>
      </w:r>
      <w:proofErr w:type="gramStart"/>
      <w:r w:rsidRPr="008B7595">
        <w:rPr>
          <w:sz w:val="22"/>
        </w:rPr>
        <w:t>présentes :</w:t>
      </w:r>
      <w:proofErr w:type="gramEnd"/>
      <w:r w:rsidRPr="008B7595">
        <w:rPr>
          <w:sz w:val="22"/>
        </w:rPr>
        <w:t xml:space="preserve"> .............   ☐ Demande particulière à </w:t>
      </w:r>
      <w:proofErr w:type="gramStart"/>
      <w:r w:rsidRPr="008B7595">
        <w:rPr>
          <w:sz w:val="22"/>
        </w:rPr>
        <w:t>préciser :</w:t>
      </w:r>
      <w:proofErr w:type="gramEnd"/>
      <w:r w:rsidRPr="008B7595">
        <w:rPr>
          <w:sz w:val="22"/>
        </w:rPr>
        <w:t xml:space="preserve"> ........................</w:t>
      </w:r>
    </w:p>
    <w:p w14:paraId="103ECA98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Besoins :</w:t>
      </w:r>
      <w:proofErr w:type="gramEnd"/>
      <w:r w:rsidRPr="008B7595">
        <w:rPr>
          <w:sz w:val="22"/>
        </w:rPr>
        <w:t xml:space="preserve"> ☐ Table(s) : ........   ☐ Chaise(s</w:t>
      </w:r>
      <w:proofErr w:type="gramStart"/>
      <w:r w:rsidRPr="008B7595">
        <w:rPr>
          <w:sz w:val="22"/>
        </w:rPr>
        <w:t>) :</w:t>
      </w:r>
      <w:proofErr w:type="gramEnd"/>
      <w:r w:rsidRPr="008B7595">
        <w:rPr>
          <w:sz w:val="22"/>
        </w:rPr>
        <w:t xml:space="preserve"> ........   ☐ Électricité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Besoin particulier d’accessibilité ou </w:t>
      </w:r>
      <w:proofErr w:type="gramStart"/>
      <w:r w:rsidRPr="008B7595">
        <w:rPr>
          <w:sz w:val="22"/>
        </w:rPr>
        <w:t>d’aménagement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 xml:space="preserve">☐ Rencontre professionnelle   ☐ Animation artistique   ☐ Aucune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Intitulé et durée </w:t>
      </w:r>
      <w:proofErr w:type="gramStart"/>
      <w:r w:rsidRPr="008B7595">
        <w:rPr>
          <w:sz w:val="22"/>
        </w:rPr>
        <w:t>envisagés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 xml:space="preserve"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</w:t>
      </w:r>
      <w:proofErr w:type="spellStart"/>
      <w:r w:rsidRPr="008B7595">
        <w:rPr>
          <w:sz w:val="22"/>
        </w:rPr>
        <w:t>l’organisation</w:t>
      </w:r>
      <w:proofErr w:type="spellEnd"/>
      <w:r w:rsidRPr="008B7595">
        <w:rPr>
          <w:sz w:val="22"/>
        </w:rPr>
        <w:t xml:space="preserve">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..................   ☐ Reçu   ☐ À compléter   ☐ Confirmé   ☐ En attente   Stand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Forfait </w:t>
      </w:r>
      <w:proofErr w:type="gramStart"/>
      <w:r w:rsidRPr="008B7595">
        <w:rPr>
          <w:sz w:val="22"/>
        </w:rPr>
        <w:t>retenu :</w:t>
      </w:r>
      <w:proofErr w:type="gramEnd"/>
      <w:r w:rsidRPr="008B7595">
        <w:rPr>
          <w:sz w:val="22"/>
        </w:rPr>
        <w:t xml:space="preserve"> ................ USD   Montant </w:t>
      </w:r>
      <w:proofErr w:type="gramStart"/>
      <w:r w:rsidRPr="008B7595">
        <w:rPr>
          <w:sz w:val="22"/>
        </w:rPr>
        <w:t>reçu :</w:t>
      </w:r>
      <w:proofErr w:type="gramEnd"/>
      <w:r w:rsidRPr="008B7595">
        <w:rPr>
          <w:sz w:val="22"/>
        </w:rPr>
        <w:t xml:space="preserve"> ................ USD   </w:t>
      </w:r>
      <w:proofErr w:type="gramStart"/>
      <w:r w:rsidRPr="008B7595">
        <w:rPr>
          <w:sz w:val="22"/>
        </w:rPr>
        <w:t>Solde :</w:t>
      </w:r>
      <w:proofErr w:type="gramEnd"/>
      <w:r w:rsidRPr="008B7595">
        <w:rPr>
          <w:sz w:val="22"/>
        </w:rPr>
        <w:t xml:space="preserve">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 xml:space="preserve">Fait </w:t>
      </w:r>
      <w:proofErr w:type="gramStart"/>
      <w:r w:rsidRPr="008B7595">
        <w:rPr>
          <w:sz w:val="22"/>
        </w:rPr>
        <w:t>à :</w:t>
      </w:r>
      <w:proofErr w:type="gramEnd"/>
      <w:r w:rsidRPr="008B7595">
        <w:rPr>
          <w:sz w:val="22"/>
        </w:rPr>
        <w:t xml:space="preserve"> ........................................   </w:t>
      </w:r>
      <w:proofErr w:type="gramStart"/>
      <w:r w:rsidRPr="008B7595">
        <w:rPr>
          <w:sz w:val="22"/>
        </w:rPr>
        <w:t>Le :</w:t>
      </w:r>
      <w:proofErr w:type="gramEnd"/>
      <w:r w:rsidRPr="008B7595">
        <w:rPr>
          <w:sz w:val="22"/>
        </w:rPr>
        <w:t xml:space="preserve">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proofErr w:type="gramStart"/>
      <w:r w:rsidRPr="008B7595">
        <w:rPr>
          <w:sz w:val="22"/>
        </w:rPr>
        <w:t>Signature :</w:t>
      </w:r>
      <w:proofErr w:type="gramEnd"/>
      <w:r w:rsidRPr="008B7595">
        <w:rPr>
          <w:sz w:val="22"/>
        </w:rPr>
        <w:t xml:space="preserve"> ........................................................................</w:t>
      </w:r>
    </w:p>
    <w:sectPr w:rsidR="000721DF" w:rsidRPr="008B7595" w:rsidSect="00034616">
      <w:headerReference w:type="default" r:id="rId8"/>
      <w:footerReference w:type="default" r:id="rId9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7AA2F" w14:textId="77777777" w:rsidR="00A83BAA" w:rsidRDefault="00A83BAA">
      <w:pPr>
        <w:spacing w:after="0"/>
      </w:pPr>
      <w:r>
        <w:separator/>
      </w:r>
    </w:p>
  </w:endnote>
  <w:endnote w:type="continuationSeparator" w:id="0">
    <w:p w14:paraId="1D337E94" w14:textId="77777777" w:rsidR="00A83BAA" w:rsidRDefault="00A83B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3E619851" w:rsidR="000721DF" w:rsidRDefault="00000000">
    <w:pPr>
      <w:pStyle w:val="Fuzeile"/>
      <w:jc w:val="center"/>
    </w:pPr>
    <w:proofErr w:type="gramStart"/>
    <w:r>
      <w:rPr>
        <w:sz w:val="16"/>
      </w:rPr>
      <w:t>contact@soilaac.com  •</w:t>
    </w:r>
    <w:proofErr w:type="gramEnd"/>
    <w:r>
      <w:rPr>
        <w:sz w:val="16"/>
      </w:rPr>
      <w:t xml:space="preserve">  leiter@e-verlag.com</w:t>
    </w:r>
    <w:r>
      <w:rPr>
        <w:sz w:val="16"/>
      </w:rPr>
      <w:br/>
      <w:t>www.soilaac.com  •  +243815774717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77EB" w14:textId="77777777" w:rsidR="00A83BAA" w:rsidRDefault="00A83BAA">
      <w:pPr>
        <w:spacing w:after="0"/>
      </w:pPr>
      <w:r>
        <w:separator/>
      </w:r>
    </w:p>
  </w:footnote>
  <w:footnote w:type="continuationSeparator" w:id="0">
    <w:p w14:paraId="020A1758" w14:textId="77777777" w:rsidR="00A83BAA" w:rsidRDefault="00A83B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77777777" w:rsidR="000721DF" w:rsidRDefault="00000000">
          <w:pPr>
            <w:spacing w:after="0"/>
          </w:pPr>
          <w:r>
            <w:rPr>
              <w:noProof/>
            </w:rPr>
            <w:drawing>
              <wp:inline distT="0" distB="0" distL="0" distR="0" wp14:anchorId="549D98B4" wp14:editId="3CF8224F">
                <wp:extent cx="679207" cy="792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207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660AD"/>
    <w:rsid w:val="002922B2"/>
    <w:rsid w:val="0029639D"/>
    <w:rsid w:val="00326F90"/>
    <w:rsid w:val="003A462E"/>
    <w:rsid w:val="004C5F20"/>
    <w:rsid w:val="005A4C41"/>
    <w:rsid w:val="00802778"/>
    <w:rsid w:val="008B7595"/>
    <w:rsid w:val="0099252E"/>
    <w:rsid w:val="00A818DF"/>
    <w:rsid w:val="00A83BAA"/>
    <w:rsid w:val="00AA1D8D"/>
    <w:rsid w:val="00AE0356"/>
    <w:rsid w:val="00B37723"/>
    <w:rsid w:val="00B47730"/>
    <w:rsid w:val="00C51B9C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3025</Characters>
  <Application>Microsoft Office Word</Application>
  <DocSecurity>0</DocSecurity>
  <Lines>25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2</cp:revision>
  <dcterms:created xsi:type="dcterms:W3CDTF">2026-10-24T20:38:00Z</dcterms:created>
  <dcterms:modified xsi:type="dcterms:W3CDTF">2026-10-24T20:38:00Z</dcterms:modified>
  <cp:category/>
</cp:coreProperties>
</file>