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EE427" w14:textId="4839BD74" w:rsidR="008B7595" w:rsidRPr="00C51B9C" w:rsidRDefault="008B7595" w:rsidP="008B7595">
      <w:pPr>
        <w:rPr>
          <w:lang w:val="fr-FR"/>
        </w:rPr>
      </w:pPr>
      <w:r>
        <w:t>SALON INTERNATIONAL DU LIVRE DES ARTS ET DE LA CULTURE D</w:t>
      </w:r>
      <w:r w:rsidR="0099252E">
        <w:t xml:space="preserve">E </w:t>
      </w:r>
      <w:r w:rsidR="00C51B9C">
        <w:t>KOLWEZ</w:t>
      </w:r>
      <w:r w:rsidR="0099252E">
        <w:t>I</w:t>
      </w:r>
      <w:r>
        <w:t>,</w:t>
      </w:r>
      <w:r w:rsidR="00A818DF">
        <w:t xml:space="preserve"> du </w:t>
      </w:r>
      <w:r w:rsidR="00A818DF" w:rsidRPr="00A818DF">
        <w:rPr>
          <w:lang w:val="fr-FR"/>
        </w:rPr>
        <w:t xml:space="preserve"/>
      </w:r>
      <w:r w:rsidR="00A818DF" w:rsidRPr="00A818DF">
        <w:rPr>
          <w:b/>
          <w:bCs/>
          <w:lang w:val="fr-FR"/>
        </w:rPr>
        <w:t>27 au 29 mai 2027</w:t>
      </w:r>
      <w:r w:rsidR="00A818DF" w:rsidRPr="00A818DF">
        <w:rPr>
          <w:b/>
          <w:bCs/>
          <w:lang w:val="fr-FR"/>
        </w:rPr>
        <w:t xml:space="preserve"> </w:t>
      </w:r>
    </w:p>
    <w:p w14:paraId="5BDB1E1B" w14:textId="77777777" w:rsidR="008B7595" w:rsidRDefault="008B7595">
      <w:pPr>
        <w:pStyle w:val="Titel"/>
        <w:spacing w:after="160"/>
      </w:pPr>
    </w:p>
    <w:p w14:paraId="1BD75C01" w14:textId="05886018" w:rsidR="000721DF" w:rsidRPr="008B7595" w:rsidRDefault="00000000" w:rsidP="008B7595">
      <w:pPr>
        <w:pStyle w:val="Titel"/>
        <w:spacing w:after="160"/>
        <w:jc w:val="center"/>
        <w:rPr>
          <w:b/>
          <w:bCs/>
          <w:sz w:val="22"/>
          <w:szCs w:val="22"/>
        </w:rPr>
      </w:pPr>
      <w:r w:rsidRPr="008B7595">
        <w:rPr>
          <w:b/>
          <w:bCs/>
          <w:sz w:val="22"/>
          <w:szCs w:val="22"/>
        </w:rPr>
        <w:t xml:space="preserve">Fiche </w:t>
      </w:r>
      <w:proofErr w:type="spellStart"/>
      <w:r w:rsidRPr="008B7595">
        <w:rPr>
          <w:b/>
          <w:bCs/>
          <w:sz w:val="22"/>
          <w:szCs w:val="22"/>
        </w:rPr>
        <w:t>d’inscription</w:t>
      </w:r>
      <w:proofErr w:type="spellEnd"/>
      <w:r w:rsidRPr="008B7595">
        <w:rPr>
          <w:b/>
          <w:bCs/>
          <w:sz w:val="22"/>
          <w:szCs w:val="22"/>
        </w:rPr>
        <w:t xml:space="preserve"> des </w:t>
      </w:r>
      <w:proofErr w:type="spellStart"/>
      <w:r w:rsidRPr="008B7595">
        <w:rPr>
          <w:b/>
          <w:bCs/>
          <w:sz w:val="22"/>
          <w:szCs w:val="22"/>
        </w:rPr>
        <w:t>exposants</w:t>
      </w:r>
      <w:proofErr w:type="spellEnd"/>
    </w:p>
    <w:p w14:paraId="5AD10412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À </w:t>
      </w:r>
      <w:proofErr w:type="spellStart"/>
      <w:r w:rsidRPr="008B7595">
        <w:rPr>
          <w:sz w:val="22"/>
        </w:rPr>
        <w:t>remplir</w:t>
      </w:r>
      <w:proofErr w:type="spellEnd"/>
      <w:r w:rsidRPr="008B7595">
        <w:rPr>
          <w:sz w:val="22"/>
        </w:rPr>
        <w:t xml:space="preserve"> et à </w:t>
      </w:r>
      <w:proofErr w:type="spellStart"/>
      <w:r w:rsidRPr="008B7595">
        <w:rPr>
          <w:sz w:val="22"/>
        </w:rPr>
        <w:t>retourner</w:t>
      </w:r>
      <w:proofErr w:type="spellEnd"/>
      <w:r w:rsidRPr="008B7595">
        <w:rPr>
          <w:sz w:val="22"/>
        </w:rPr>
        <w:t xml:space="preserve"> au comité d’organisation. Cochez les cases correspondant à votre demande.</w:t>
      </w:r>
    </w:p>
    <w:p w14:paraId="1F96156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Dates du </w:t>
      </w:r>
      <w:proofErr w:type="gramStart"/>
      <w:r w:rsidRPr="008B7595">
        <w:rPr>
          <w:sz w:val="22"/>
        </w:rPr>
        <w:t>salon :</w:t>
      </w:r>
      <w:proofErr w:type="gramEnd"/>
      <w:r w:rsidRPr="008B7595">
        <w:rPr>
          <w:sz w:val="22"/>
        </w:rPr>
        <w:t xml:space="preserve"> ...................................   </w:t>
      </w:r>
      <w:proofErr w:type="gramStart"/>
      <w:r w:rsidRPr="008B7595">
        <w:rPr>
          <w:sz w:val="22"/>
        </w:rPr>
        <w:t>Lieu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5BC1169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1 Identité et coordonnées</w:t>
      </w:r>
    </w:p>
    <w:p w14:paraId="198BB150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 et </w:t>
      </w:r>
      <w:proofErr w:type="gramStart"/>
      <w:r w:rsidRPr="008B7595">
        <w:rPr>
          <w:sz w:val="22"/>
        </w:rPr>
        <w:t>prénom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........................................................................................................................</w:t>
      </w:r>
    </w:p>
    <w:p w14:paraId="1F1E0E7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Structure ou nom </w:t>
      </w:r>
      <w:proofErr w:type="gramStart"/>
      <w:r w:rsidRPr="008B7595">
        <w:rPr>
          <w:sz w:val="22"/>
        </w:rPr>
        <w:t>professionnel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F1E0B93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Fonction :</w:t>
      </w:r>
      <w:proofErr w:type="gramEnd"/>
      <w:r w:rsidRPr="008B7595">
        <w:rPr>
          <w:sz w:val="22"/>
        </w:rPr>
        <w:t xml:space="preserve"> ..................................................   Ville et </w:t>
      </w:r>
      <w:proofErr w:type="gramStart"/>
      <w:r w:rsidRPr="008B7595">
        <w:rPr>
          <w:sz w:val="22"/>
        </w:rPr>
        <w:t>pays :</w:t>
      </w:r>
      <w:proofErr w:type="gramEnd"/>
      <w:r w:rsidRPr="008B7595">
        <w:rPr>
          <w:sz w:val="22"/>
        </w:rPr>
        <w:t xml:space="preserve"> .........................................................</w:t>
      </w:r>
    </w:p>
    <w:p w14:paraId="1EAEFB85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Téléphone ou </w:t>
      </w:r>
      <w:proofErr w:type="gramStart"/>
      <w:r w:rsidRPr="008B7595">
        <w:rPr>
          <w:sz w:val="22"/>
        </w:rPr>
        <w:t>WhatsApp :</w:t>
      </w:r>
      <w:proofErr w:type="gramEnd"/>
      <w:r w:rsidRPr="008B7595">
        <w:rPr>
          <w:sz w:val="22"/>
        </w:rPr>
        <w:t xml:space="preserve"> .........................................   </w:t>
      </w:r>
      <w:proofErr w:type="gramStart"/>
      <w:r w:rsidRPr="008B7595">
        <w:rPr>
          <w:sz w:val="22"/>
        </w:rPr>
        <w:t>Courriel :</w:t>
      </w:r>
      <w:proofErr w:type="gramEnd"/>
      <w:r w:rsidRPr="008B7595">
        <w:rPr>
          <w:sz w:val="22"/>
        </w:rPr>
        <w:t xml:space="preserve"> ..................................................</w:t>
      </w:r>
    </w:p>
    <w:p w14:paraId="39F3CD1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Site Internet ou page </w:t>
      </w:r>
      <w:proofErr w:type="gramStart"/>
      <w:r w:rsidRPr="008B7595">
        <w:rPr>
          <w:sz w:val="22"/>
        </w:rPr>
        <w:t>Facebook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910F3C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2 Profil de participation</w:t>
      </w:r>
    </w:p>
    <w:p w14:paraId="7A64169D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Auteur   ☐ Éditeur   ☐ Libraire   ☐ Artiste peintre   ☐ Poète   ☐ Cinéaste</w:t>
      </w:r>
      <w:r w:rsidRPr="008B7595">
        <w:rPr>
          <w:sz w:val="22"/>
        </w:rPr>
        <w:br/>
        <w:t xml:space="preserve">☐ Comédien   ☐ Association culturelle   ☐ Institution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..............................................</w:t>
      </w:r>
    </w:p>
    <w:p w14:paraId="6CC48DA1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Livres, œuvres ou activités </w:t>
      </w:r>
      <w:proofErr w:type="gramStart"/>
      <w:r w:rsidRPr="008B7595">
        <w:rPr>
          <w:sz w:val="22"/>
        </w:rPr>
        <w:t>présentés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</w:t>
      </w:r>
      <w:r w:rsidRPr="008B7595">
        <w:rPr>
          <w:sz w:val="22"/>
        </w:rPr>
        <w:br/>
        <w:t>.....................................................................................................................................................</w:t>
      </w:r>
    </w:p>
    <w:p w14:paraId="4B7A386C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3 Choix du stand et tarifs</w:t>
      </w:r>
    </w:p>
    <w:p w14:paraId="2AD3667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Cochez une formule. Prix en USD pour les trois jours du salon.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82"/>
        <w:gridCol w:w="3191"/>
        <w:gridCol w:w="2905"/>
      </w:tblGrid>
      <w:tr w:rsidR="000721DF" w:rsidRPr="008B7595" w14:paraId="7411C6C6" w14:textId="77777777" w:rsidTr="008B7595">
        <w:trPr>
          <w:trHeight w:val="282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0B0EDE44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Formule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547193E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Espace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24448793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Forfait 3 jours</w:t>
            </w:r>
          </w:p>
        </w:tc>
      </w:tr>
      <w:tr w:rsidR="000721DF" w:rsidRPr="008B7595" w14:paraId="7A2B4E98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90398D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Auteur découverte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A0BFE5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Place sur une table partagée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92A632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75 USD / personne</w:t>
            </w:r>
          </w:p>
        </w:tc>
      </w:tr>
      <w:tr w:rsidR="000721DF" w:rsidRPr="008B7595" w14:paraId="10EB54D0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32596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Petit exposant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E75DBC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 m² individuels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E78C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150 USD</w:t>
            </w:r>
          </w:p>
        </w:tc>
      </w:tr>
      <w:tr w:rsidR="000721DF" w:rsidRPr="008B7595" w14:paraId="13228BE3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217B17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standard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27BFEC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9EA78A1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250 USD</w:t>
            </w:r>
          </w:p>
        </w:tc>
      </w:tr>
      <w:tr w:rsidR="000721DF" w:rsidRPr="008B7595" w14:paraId="42E5378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5D3D5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confort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05E2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C4C5CE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400 USD</w:t>
            </w:r>
          </w:p>
        </w:tc>
      </w:tr>
      <w:tr w:rsidR="000721DF" w:rsidRPr="008B7595" w14:paraId="7E415882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E90A2D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institutionnel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DC3052A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12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DAA02F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650 USD</w:t>
            </w:r>
          </w:p>
        </w:tc>
      </w:tr>
      <w:tr w:rsidR="000721DF" w:rsidRPr="008B7595" w14:paraId="3C01245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BED60D9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Grand espace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CA934C8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18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25AAF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900 USD</w:t>
            </w:r>
          </w:p>
        </w:tc>
      </w:tr>
    </w:tbl>
    <w:p w14:paraId="12DC7A33" w14:textId="77777777" w:rsidR="000721DF" w:rsidRPr="008B7595" w:rsidRDefault="00000000">
      <w:pPr>
        <w:spacing w:before="60" w:after="100"/>
        <w:rPr>
          <w:sz w:val="22"/>
        </w:rPr>
      </w:pPr>
      <w:r w:rsidRPr="008B7595">
        <w:rPr>
          <w:i/>
          <w:sz w:val="22"/>
        </w:rPr>
        <w:t xml:space="preserve">Le paiement sera effectué uniquement après validation de l’inscription par le </w:t>
      </w:r>
      <w:r w:rsidRPr="008B7595">
        <w:rPr>
          <w:i/>
          <w:sz w:val="24"/>
          <w:szCs w:val="24"/>
        </w:rPr>
        <w:t>comité</w:t>
      </w:r>
      <w:r w:rsidRPr="008B7595">
        <w:rPr>
          <w:i/>
          <w:sz w:val="22"/>
        </w:rPr>
        <w:t xml:space="preserve"> d’organisation.</w:t>
      </w:r>
    </w:p>
    <w:p w14:paraId="2F48A06A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Nombre de personnes </w:t>
      </w:r>
      <w:proofErr w:type="gramStart"/>
      <w:r w:rsidRPr="008B7595">
        <w:rPr>
          <w:sz w:val="22"/>
        </w:rPr>
        <w:t>présentes :</w:t>
      </w:r>
      <w:proofErr w:type="gramEnd"/>
      <w:r w:rsidRPr="008B7595">
        <w:rPr>
          <w:sz w:val="22"/>
        </w:rPr>
        <w:t xml:space="preserve"> .............   ☐ Demande particulière à </w:t>
      </w:r>
      <w:proofErr w:type="gramStart"/>
      <w:r w:rsidRPr="008B7595">
        <w:rPr>
          <w:sz w:val="22"/>
        </w:rPr>
        <w:t>préciser :</w:t>
      </w:r>
      <w:proofErr w:type="gramEnd"/>
      <w:r w:rsidRPr="008B7595">
        <w:rPr>
          <w:sz w:val="22"/>
        </w:rPr>
        <w:t xml:space="preserve"> ........................</w:t>
      </w:r>
    </w:p>
    <w:p w14:paraId="103ECA98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Besoins :</w:t>
      </w:r>
      <w:proofErr w:type="gramEnd"/>
      <w:r w:rsidRPr="008B7595">
        <w:rPr>
          <w:sz w:val="22"/>
        </w:rPr>
        <w:t xml:space="preserve"> ☐ Table(s) : ........   ☐ Chaise(s</w:t>
      </w:r>
      <w:proofErr w:type="gramStart"/>
      <w:r w:rsidRPr="008B7595">
        <w:rPr>
          <w:sz w:val="22"/>
        </w:rPr>
        <w:t>) :</w:t>
      </w:r>
      <w:proofErr w:type="gramEnd"/>
      <w:r w:rsidRPr="008B7595">
        <w:rPr>
          <w:sz w:val="22"/>
        </w:rPr>
        <w:t xml:space="preserve"> ........   ☐ Électricité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</w:t>
      </w:r>
    </w:p>
    <w:p w14:paraId="53EED2A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Besoin particulier d’accessibilité ou </w:t>
      </w:r>
      <w:proofErr w:type="gramStart"/>
      <w:r w:rsidRPr="008B7595">
        <w:rPr>
          <w:sz w:val="22"/>
        </w:rPr>
        <w:t>d’aménagement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0C143BAB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4 Activités proposées</w:t>
      </w:r>
    </w:p>
    <w:p w14:paraId="7F41D14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Dédicace   ☐ Présentation de livre   ☐ Lecture publique   ☐ Atelier</w:t>
      </w:r>
      <w:r w:rsidRPr="008B7595">
        <w:rPr>
          <w:sz w:val="22"/>
        </w:rPr>
        <w:br/>
        <w:t xml:space="preserve">☐ Rencontre professionnelle   ☐ Animation artistique   ☐ Aucune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</w:t>
      </w:r>
    </w:p>
    <w:p w14:paraId="1B069FE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Intitulé et durée </w:t>
      </w:r>
      <w:proofErr w:type="gramStart"/>
      <w:r w:rsidRPr="008B7595">
        <w:rPr>
          <w:sz w:val="22"/>
        </w:rPr>
        <w:t>envisagés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</w:t>
      </w:r>
    </w:p>
    <w:p w14:paraId="68315EB8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5 Déclaration et signature</w:t>
      </w:r>
    </w:p>
    <w:p w14:paraId="490BB812" w14:textId="77777777" w:rsidR="000721DF" w:rsidRDefault="00000000">
      <w:pPr>
        <w:rPr>
          <w:sz w:val="22"/>
        </w:rPr>
      </w:pPr>
      <w:r w:rsidRPr="008B7595">
        <w:rPr>
          <w:sz w:val="22"/>
        </w:rPr>
        <w:t xml:space="preserve">Je certifie l’exactitude des renseignements fournis. Je comprends que cette demande reste soumise à la confirmation du comité d’organisation, à la disponibilité des espaces et aux conditions de participation qui me seront communiquées. Les informations recueillies servent au traitement de mon inscription et à </w:t>
      </w:r>
      <w:proofErr w:type="spellStart"/>
      <w:r w:rsidRPr="008B7595">
        <w:rPr>
          <w:sz w:val="22"/>
        </w:rPr>
        <w:t>l’organisation</w:t>
      </w:r>
      <w:proofErr w:type="spellEnd"/>
      <w:r w:rsidRPr="008B7595">
        <w:rPr>
          <w:sz w:val="22"/>
        </w:rPr>
        <w:t xml:space="preserve"> de ma participation.</w:t>
      </w:r>
    </w:p>
    <w:p w14:paraId="5750C051" w14:textId="77777777" w:rsidR="008B7595" w:rsidRPr="008B7595" w:rsidRDefault="008B7595">
      <w:pPr>
        <w:rPr>
          <w:sz w:val="22"/>
        </w:rPr>
      </w:pPr>
    </w:p>
    <w:p w14:paraId="61A174B6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lastRenderedPageBreak/>
        <w:t>Cadre réservé à l’organisation</w:t>
      </w:r>
    </w:p>
    <w:p w14:paraId="0A0752B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Dossier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..................   ☐ Reçu   ☐ À compléter   ☐ Confirmé   ☐ En attente   Stand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</w:t>
      </w:r>
    </w:p>
    <w:p w14:paraId="55FD2633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Forfait </w:t>
      </w:r>
      <w:proofErr w:type="gramStart"/>
      <w:r w:rsidRPr="008B7595">
        <w:rPr>
          <w:sz w:val="22"/>
        </w:rPr>
        <w:t>retenu :</w:t>
      </w:r>
      <w:proofErr w:type="gramEnd"/>
      <w:r w:rsidRPr="008B7595">
        <w:rPr>
          <w:sz w:val="22"/>
        </w:rPr>
        <w:t xml:space="preserve"> ................ USD   Montant </w:t>
      </w:r>
      <w:proofErr w:type="gramStart"/>
      <w:r w:rsidRPr="008B7595">
        <w:rPr>
          <w:sz w:val="22"/>
        </w:rPr>
        <w:t>reçu :</w:t>
      </w:r>
      <w:proofErr w:type="gramEnd"/>
      <w:r w:rsidRPr="008B7595">
        <w:rPr>
          <w:sz w:val="22"/>
        </w:rPr>
        <w:t xml:space="preserve"> ................ USD   </w:t>
      </w:r>
      <w:proofErr w:type="gramStart"/>
      <w:r w:rsidRPr="008B7595">
        <w:rPr>
          <w:sz w:val="22"/>
        </w:rPr>
        <w:t>Solde :</w:t>
      </w:r>
      <w:proofErr w:type="gramEnd"/>
      <w:r w:rsidRPr="008B7595">
        <w:rPr>
          <w:sz w:val="22"/>
        </w:rPr>
        <w:t xml:space="preserve"> ................ USD</w:t>
      </w:r>
    </w:p>
    <w:p w14:paraId="6BAF45B2" w14:textId="77777777" w:rsidR="000721DF" w:rsidRPr="008B7595" w:rsidRDefault="00000000">
      <w:pPr>
        <w:spacing w:before="140"/>
        <w:rPr>
          <w:sz w:val="22"/>
        </w:rPr>
      </w:pPr>
      <w:r w:rsidRPr="008B7595">
        <w:rPr>
          <w:b/>
          <w:sz w:val="22"/>
        </w:rPr>
        <w:t>Signature du postulant</w:t>
      </w:r>
    </w:p>
    <w:p w14:paraId="3E11AF55" w14:textId="77777777" w:rsidR="000721DF" w:rsidRPr="008B7595" w:rsidRDefault="00000000">
      <w:pPr>
        <w:spacing w:after="40"/>
        <w:rPr>
          <w:sz w:val="22"/>
        </w:rPr>
      </w:pPr>
      <w:r w:rsidRPr="008B7595">
        <w:rPr>
          <w:sz w:val="22"/>
        </w:rPr>
        <w:t xml:space="preserve">Fait </w:t>
      </w:r>
      <w:proofErr w:type="gramStart"/>
      <w:r w:rsidRPr="008B7595">
        <w:rPr>
          <w:sz w:val="22"/>
        </w:rPr>
        <w:t>à :</w:t>
      </w:r>
      <w:proofErr w:type="gramEnd"/>
      <w:r w:rsidRPr="008B7595">
        <w:rPr>
          <w:sz w:val="22"/>
        </w:rPr>
        <w:t xml:space="preserve"> ........................................   </w:t>
      </w:r>
      <w:proofErr w:type="gramStart"/>
      <w:r w:rsidRPr="008B7595">
        <w:rPr>
          <w:sz w:val="22"/>
        </w:rPr>
        <w:t>Le :</w:t>
      </w:r>
      <w:proofErr w:type="gramEnd"/>
      <w:r w:rsidRPr="008B7595">
        <w:rPr>
          <w:sz w:val="22"/>
        </w:rPr>
        <w:t xml:space="preserve"> ....... / ....... / ..............</w:t>
      </w:r>
    </w:p>
    <w:p w14:paraId="4780187C" w14:textId="77777777" w:rsidR="000721DF" w:rsidRPr="008B7595" w:rsidRDefault="00000000">
      <w:pPr>
        <w:spacing w:before="200"/>
        <w:rPr>
          <w:sz w:val="22"/>
        </w:rPr>
      </w:pPr>
      <w:proofErr w:type="gramStart"/>
      <w:r w:rsidRPr="008B7595">
        <w:rPr>
          <w:sz w:val="22"/>
        </w:rPr>
        <w:t>Signature :</w:t>
      </w:r>
      <w:proofErr w:type="gramEnd"/>
      <w:r w:rsidRPr="008B7595">
        <w:rPr>
          <w:sz w:val="22"/>
        </w:rPr>
        <w:t xml:space="preserve"> ........................................................................</w:t>
      </w:r>
    </w:p>
    <w:sectPr w:rsidR="000721DF" w:rsidRPr="008B7595" w:rsidSect="00034616">
      <w:headerReference w:type="default" r:id="rId8"/>
      <w:footerReference w:type="default" r:id="rId9"/>
      <w:pgSz w:w="11906" w:h="16838"/>
      <w:pgMar w:top="1757" w:right="1008" w:bottom="964" w:left="1008" w:header="255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BA952" w14:textId="77777777" w:rsidR="00FF6025" w:rsidRDefault="00FF6025">
      <w:pPr>
        <w:spacing w:after="0"/>
      </w:pPr>
      <w:r>
        <w:separator/>
      </w:r>
    </w:p>
  </w:endnote>
  <w:endnote w:type="continuationSeparator" w:id="0">
    <w:p w14:paraId="605EF6C8" w14:textId="77777777" w:rsidR="00FF6025" w:rsidRDefault="00FF60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C2C78" w14:textId="3E619851" w:rsidR="000721DF" w:rsidRDefault="00000000">
    <w:pPr>
      <w:pStyle w:val="Fuzeile"/>
      <w:jc w:val="center"/>
    </w:pPr>
    <w:proofErr w:type="gramStart"/>
    <w:r>
      <w:rPr>
        <w:sz w:val="16"/>
      </w:rPr>
      <w:t>contact@soilaac.com  •</w:t>
    </w:r>
    <w:proofErr w:type="gramEnd"/>
    <w:r>
      <w:rPr>
        <w:sz w:val="16"/>
      </w:rPr>
      <w:t xml:space="preserve">  leiter@e-verlag.com</w:t>
    </w:r>
    <w:r>
      <w:rPr>
        <w:sz w:val="16"/>
      </w:rPr>
      <w:br/>
      <w:t>www.soilaac.com  •  +243815774717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73A64" w14:textId="77777777" w:rsidR="00FF6025" w:rsidRDefault="00FF6025">
      <w:pPr>
        <w:spacing w:after="0"/>
      </w:pPr>
      <w:r>
        <w:separator/>
      </w:r>
    </w:p>
  </w:footnote>
  <w:footnote w:type="continuationSeparator" w:id="0">
    <w:p w14:paraId="40DB161A" w14:textId="77777777" w:rsidR="00FF6025" w:rsidRDefault="00FF60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4932"/>
      <w:gridCol w:w="4932"/>
    </w:tblGrid>
    <w:tr w:rsidR="000721DF" w14:paraId="36020C7D" w14:textId="77777777">
      <w:tc>
        <w:tcPr>
          <w:tcW w:w="4932" w:type="dxa"/>
          <w:vAlign w:val="center"/>
        </w:tcPr>
        <w:p w14:paraId="6EA55413" w14:textId="77777777" w:rsidR="000721DF" w:rsidRDefault="00000000">
          <w:pPr>
            <w:spacing w:after="0"/>
          </w:pPr>
          <w:r>
            <w:rPr>
              <w:noProof/>
            </w:rPr>
            <w:drawing>
              <wp:inline distT="0" distB="0" distL="0" distR="0" wp14:anchorId="549D98B4" wp14:editId="3CF8224F">
                <wp:extent cx="679207" cy="792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9207" cy="79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2" w:type="dxa"/>
          <w:vAlign w:val="center"/>
        </w:tcPr>
        <w:p w14:paraId="57976220" w14:textId="77777777" w:rsidR="000721DF" w:rsidRDefault="00000000">
          <w:pPr>
            <w:spacing w:after="0"/>
            <w:jc w:val="right"/>
          </w:pPr>
          <w:r>
            <w:rPr>
              <w:noProof/>
            </w:rPr>
            <w:drawing>
              <wp:inline distT="0" distB="0" distL="0" distR="0" wp14:anchorId="16490047" wp14:editId="099C5387">
                <wp:extent cx="533032" cy="4860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032" cy="4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9C3DF7" w14:textId="77777777" w:rsidR="000721DF" w:rsidRDefault="00000000">
          <w:pPr>
            <w:spacing w:after="0"/>
            <w:jc w:val="right"/>
          </w:pPr>
          <w:r>
            <w:rPr>
              <w:b/>
              <w:color w:val="164D2B"/>
              <w:sz w:val="18"/>
            </w:rPr>
            <w:t>Eichenblatt Verlag</w:t>
          </w:r>
        </w:p>
      </w:tc>
    </w:tr>
  </w:tbl>
  <w:p w14:paraId="07A5F67F" w14:textId="77777777" w:rsidR="000721DF" w:rsidRDefault="000721DF">
    <w:pPr>
      <w:spacing w:after="0"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5327505">
    <w:abstractNumId w:val="8"/>
  </w:num>
  <w:num w:numId="2" w16cid:durableId="1582182522">
    <w:abstractNumId w:val="6"/>
  </w:num>
  <w:num w:numId="3" w16cid:durableId="1459371089">
    <w:abstractNumId w:val="5"/>
  </w:num>
  <w:num w:numId="4" w16cid:durableId="1372269803">
    <w:abstractNumId w:val="4"/>
  </w:num>
  <w:num w:numId="5" w16cid:durableId="895358506">
    <w:abstractNumId w:val="7"/>
  </w:num>
  <w:num w:numId="6" w16cid:durableId="1349328881">
    <w:abstractNumId w:val="3"/>
  </w:num>
  <w:num w:numId="7" w16cid:durableId="1946687126">
    <w:abstractNumId w:val="2"/>
  </w:num>
  <w:num w:numId="8" w16cid:durableId="2005276651">
    <w:abstractNumId w:val="1"/>
  </w:num>
  <w:num w:numId="9" w16cid:durableId="35936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21DF"/>
    <w:rsid w:val="0015074B"/>
    <w:rsid w:val="001E0175"/>
    <w:rsid w:val="002922B2"/>
    <w:rsid w:val="0029639D"/>
    <w:rsid w:val="00326F90"/>
    <w:rsid w:val="003A462E"/>
    <w:rsid w:val="004C5F20"/>
    <w:rsid w:val="005A4C41"/>
    <w:rsid w:val="008B7595"/>
    <w:rsid w:val="0099252E"/>
    <w:rsid w:val="00A818DF"/>
    <w:rsid w:val="00AA1D8D"/>
    <w:rsid w:val="00AE0356"/>
    <w:rsid w:val="00B37723"/>
    <w:rsid w:val="00B47730"/>
    <w:rsid w:val="00C51B9C"/>
    <w:rsid w:val="00CB0664"/>
    <w:rsid w:val="00FC693F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D5484"/>
  <w14:defaultImageDpi w14:val="300"/>
  <w15:docId w15:val="{9FE4DF82-CEBE-4A45-8579-F28F9867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60" w:line="240" w:lineRule="auto"/>
    </w:pPr>
    <w:rPr>
      <w:rFonts w:ascii="Calibri" w:hAnsi="Calibri"/>
      <w:sz w:val="19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color w:val="000000"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spacing w:after="300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3024</Characters>
  <Application>Microsoft Office Word</Application>
  <DocSecurity>0</DocSecurity>
  <Lines>25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Tingbo Assale</cp:lastModifiedBy>
  <cp:revision>2</cp:revision>
  <dcterms:created xsi:type="dcterms:W3CDTF">2026-10-24T20:34:00Z</dcterms:created>
  <dcterms:modified xsi:type="dcterms:W3CDTF">2026-10-24T20:34:00Z</dcterms:modified>
  <cp:category/>
</cp:coreProperties>
</file>