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EE427" w14:textId="37E1DE38" w:rsidR="008B7595" w:rsidRDefault="008B7595" w:rsidP="008B7595">
      <w:r>
        <w:t xml:space="preserve">SALON INTERNATIONAL DU LIVRE DES ARTS ET DE LA CULTURE DE Kinshasa, </w:t>
      </w:r>
      <w:r w:rsidR="001E0175">
        <w:t xml:space="preserve">chapiteau </w:t>
      </w:r>
      <w:r>
        <w:t xml:space="preserve"> Unikin, 8 au 13 février 2027</w:t>
      </w:r>
    </w:p>
    <w:p w14:paraId="5BDB1E1B" w14:textId="77777777" w:rsidR="008B7595" w:rsidRDefault="008B7595">
      <w:pPr>
        <w:pStyle w:val="Titel"/>
        <w:spacing w:after="160"/>
      </w:pPr>
    </w:p>
    <w:p w14:paraId="1BD75C01" w14:textId="05886018" w:rsidR="000721DF" w:rsidRPr="008B7595" w:rsidRDefault="00000000" w:rsidP="008B7595">
      <w:pPr>
        <w:pStyle w:val="Titel"/>
        <w:spacing w:after="160"/>
        <w:jc w:val="center"/>
        <w:rPr>
          <w:b/>
          <w:bCs/>
          <w:sz w:val="22"/>
          <w:szCs w:val="22"/>
        </w:rPr>
      </w:pPr>
      <w:r w:rsidRPr="008B7595">
        <w:rPr>
          <w:b/>
          <w:bCs/>
          <w:sz w:val="22"/>
          <w:szCs w:val="22"/>
        </w:rPr>
        <w:t>Fiche d’inscription des exposants</w:t>
      </w:r>
    </w:p>
    <w:p w14:paraId="5AD10412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À remplir et à retourner au comité d’organisation. Cochez les cases correspondant à votre demande.</w:t>
      </w:r>
    </w:p>
    <w:p w14:paraId="1F96156F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Dates du </w:t>
      </w:r>
      <w:proofErr w:type="gramStart"/>
      <w:r w:rsidRPr="008B7595">
        <w:rPr>
          <w:sz w:val="22"/>
        </w:rPr>
        <w:t>salon :</w:t>
      </w:r>
      <w:proofErr w:type="gramEnd"/>
      <w:r w:rsidRPr="008B7595">
        <w:rPr>
          <w:sz w:val="22"/>
        </w:rPr>
        <w:t xml:space="preserve"> ...................................   </w:t>
      </w:r>
      <w:proofErr w:type="gramStart"/>
      <w:r w:rsidRPr="008B7595">
        <w:rPr>
          <w:sz w:val="22"/>
        </w:rPr>
        <w:t>Lieu :</w:t>
      </w:r>
      <w:proofErr w:type="gramEnd"/>
      <w:r w:rsidRPr="008B7595">
        <w:rPr>
          <w:sz w:val="22"/>
        </w:rPr>
        <w:t xml:space="preserve"> ................................................................</w:t>
      </w:r>
    </w:p>
    <w:p w14:paraId="5BC11691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1 Identité et coordonnées</w:t>
      </w:r>
    </w:p>
    <w:p w14:paraId="198BB150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Nom et </w:t>
      </w:r>
      <w:proofErr w:type="gramStart"/>
      <w:r w:rsidRPr="008B7595">
        <w:rPr>
          <w:sz w:val="22"/>
        </w:rPr>
        <w:t>prénom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........................................................................................................................</w:t>
      </w:r>
    </w:p>
    <w:p w14:paraId="1F1E0E79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Structure ou nom </w:t>
      </w:r>
      <w:proofErr w:type="gramStart"/>
      <w:r w:rsidRPr="008B7595">
        <w:rPr>
          <w:sz w:val="22"/>
        </w:rPr>
        <w:t>professionnel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</w:t>
      </w:r>
    </w:p>
    <w:p w14:paraId="5F1E0B93" w14:textId="77777777" w:rsidR="000721DF" w:rsidRPr="008B7595" w:rsidRDefault="00000000">
      <w:pPr>
        <w:rPr>
          <w:sz w:val="22"/>
        </w:rPr>
      </w:pPr>
      <w:proofErr w:type="gramStart"/>
      <w:r w:rsidRPr="008B7595">
        <w:rPr>
          <w:sz w:val="22"/>
        </w:rPr>
        <w:t>Fonction :</w:t>
      </w:r>
      <w:proofErr w:type="gramEnd"/>
      <w:r w:rsidRPr="008B7595">
        <w:rPr>
          <w:sz w:val="22"/>
        </w:rPr>
        <w:t xml:space="preserve"> ..................................................   Ville et </w:t>
      </w:r>
      <w:proofErr w:type="gramStart"/>
      <w:r w:rsidRPr="008B7595">
        <w:rPr>
          <w:sz w:val="22"/>
        </w:rPr>
        <w:t>pays :</w:t>
      </w:r>
      <w:proofErr w:type="gramEnd"/>
      <w:r w:rsidRPr="008B7595">
        <w:rPr>
          <w:sz w:val="22"/>
        </w:rPr>
        <w:t xml:space="preserve"> .........................................................</w:t>
      </w:r>
    </w:p>
    <w:p w14:paraId="1EAEFB85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Téléphone ou </w:t>
      </w:r>
      <w:proofErr w:type="gramStart"/>
      <w:r w:rsidRPr="008B7595">
        <w:rPr>
          <w:sz w:val="22"/>
        </w:rPr>
        <w:t>WhatsApp :</w:t>
      </w:r>
      <w:proofErr w:type="gramEnd"/>
      <w:r w:rsidRPr="008B7595">
        <w:rPr>
          <w:sz w:val="22"/>
        </w:rPr>
        <w:t xml:space="preserve"> .........................................   </w:t>
      </w:r>
      <w:proofErr w:type="gramStart"/>
      <w:r w:rsidRPr="008B7595">
        <w:rPr>
          <w:sz w:val="22"/>
        </w:rPr>
        <w:t>Courriel :</w:t>
      </w:r>
      <w:proofErr w:type="gramEnd"/>
      <w:r w:rsidRPr="008B7595">
        <w:rPr>
          <w:sz w:val="22"/>
        </w:rPr>
        <w:t xml:space="preserve"> ..................................................</w:t>
      </w:r>
    </w:p>
    <w:p w14:paraId="39F3CD1F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Site Internet ou page </w:t>
      </w:r>
      <w:proofErr w:type="gramStart"/>
      <w:r w:rsidRPr="008B7595">
        <w:rPr>
          <w:sz w:val="22"/>
        </w:rPr>
        <w:t>Facebook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</w:t>
      </w:r>
    </w:p>
    <w:p w14:paraId="5910F3C1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2 Profil de participation</w:t>
      </w:r>
    </w:p>
    <w:p w14:paraId="7A64169D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☐ Auteur   ☐ Éditeur   ☐ Libraire   ☐ Artiste peintre   ☐ Poète   ☐ Cinéaste</w:t>
      </w:r>
      <w:r w:rsidRPr="008B7595">
        <w:rPr>
          <w:sz w:val="22"/>
        </w:rPr>
        <w:br/>
        <w:t xml:space="preserve">☐ Comédien   ☐ Association culturelle   ☐ Institution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..............................................</w:t>
      </w:r>
    </w:p>
    <w:p w14:paraId="6CC48DA1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Livres, œuvres ou activités </w:t>
      </w:r>
      <w:proofErr w:type="gramStart"/>
      <w:r w:rsidRPr="008B7595">
        <w:rPr>
          <w:sz w:val="22"/>
        </w:rPr>
        <w:t>présentés :</w:t>
      </w:r>
      <w:proofErr w:type="gramEnd"/>
      <w:r w:rsidRPr="008B7595">
        <w:rPr>
          <w:sz w:val="22"/>
        </w:rPr>
        <w:t xml:space="preserve"> ........................................................................................</w:t>
      </w:r>
      <w:r w:rsidRPr="008B7595">
        <w:rPr>
          <w:sz w:val="22"/>
        </w:rPr>
        <w:br/>
        <w:t>.....................................................................................................................................................</w:t>
      </w:r>
    </w:p>
    <w:p w14:paraId="4B7A386C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3 Choix du stand et tarifs</w:t>
      </w:r>
    </w:p>
    <w:p w14:paraId="2AD36678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Cochez une formule. Prix en USD pour les trois jours du salon.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82"/>
        <w:gridCol w:w="3191"/>
        <w:gridCol w:w="2905"/>
      </w:tblGrid>
      <w:tr w:rsidR="000721DF" w:rsidRPr="008B7595" w14:paraId="7411C6C6" w14:textId="77777777" w:rsidTr="008B7595">
        <w:trPr>
          <w:trHeight w:val="282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0B0EDE44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Formule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547193E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Espace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24448793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Forfait 3 jours</w:t>
            </w:r>
          </w:p>
        </w:tc>
      </w:tr>
      <w:tr w:rsidR="000721DF" w:rsidRPr="008B7595" w14:paraId="7A2B4E98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90398D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Auteur découverte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A0BFE5F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Place sur une table partagée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92A632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75 USD / personne</w:t>
            </w:r>
          </w:p>
        </w:tc>
      </w:tr>
      <w:tr w:rsidR="000721DF" w:rsidRPr="008B7595" w14:paraId="10EB54D0" w14:textId="77777777" w:rsidTr="008B7595">
        <w:trPr>
          <w:trHeight w:val="294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A732596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Petit exposant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E75DBCF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4 m² individuels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A7E78C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150 USD</w:t>
            </w:r>
          </w:p>
        </w:tc>
      </w:tr>
      <w:tr w:rsidR="000721DF" w:rsidRPr="008B7595" w14:paraId="13228BE3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F217B17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standard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27BFEC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6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9EA78A1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250 USD</w:t>
            </w:r>
          </w:p>
        </w:tc>
      </w:tr>
      <w:tr w:rsidR="000721DF" w:rsidRPr="008B7595" w14:paraId="42E5378B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F5D3D5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confort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05E23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9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C4C5CE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400 USD</w:t>
            </w:r>
          </w:p>
        </w:tc>
      </w:tr>
      <w:tr w:rsidR="000721DF" w:rsidRPr="008B7595" w14:paraId="7E415882" w14:textId="77777777" w:rsidTr="008B7595">
        <w:trPr>
          <w:trHeight w:val="294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E90A2D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institutionnel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DC3052A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12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DAA02F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650 USD</w:t>
            </w:r>
          </w:p>
        </w:tc>
      </w:tr>
      <w:tr w:rsidR="000721DF" w:rsidRPr="008B7595" w14:paraId="3C01245B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BED60D9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Grand espace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CA934C8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18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25AAF3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900 USD</w:t>
            </w:r>
          </w:p>
        </w:tc>
      </w:tr>
    </w:tbl>
    <w:p w14:paraId="12DC7A33" w14:textId="77777777" w:rsidR="000721DF" w:rsidRPr="008B7595" w:rsidRDefault="00000000">
      <w:pPr>
        <w:spacing w:before="60" w:after="100"/>
        <w:rPr>
          <w:sz w:val="22"/>
        </w:rPr>
      </w:pPr>
      <w:r w:rsidRPr="008B7595">
        <w:rPr>
          <w:i/>
          <w:sz w:val="22"/>
        </w:rPr>
        <w:t xml:space="preserve">Le paiement sera effectué uniquement après validation de l’inscription par le </w:t>
      </w:r>
      <w:r w:rsidRPr="008B7595">
        <w:rPr>
          <w:i/>
          <w:sz w:val="24"/>
          <w:szCs w:val="24"/>
        </w:rPr>
        <w:t>comité</w:t>
      </w:r>
      <w:r w:rsidRPr="008B7595">
        <w:rPr>
          <w:i/>
          <w:sz w:val="22"/>
        </w:rPr>
        <w:t xml:space="preserve"> d’organisation.</w:t>
      </w:r>
    </w:p>
    <w:p w14:paraId="2F48A06A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Nombre de personnes </w:t>
      </w:r>
      <w:proofErr w:type="gramStart"/>
      <w:r w:rsidRPr="008B7595">
        <w:rPr>
          <w:sz w:val="22"/>
        </w:rPr>
        <w:t>présentes :</w:t>
      </w:r>
      <w:proofErr w:type="gramEnd"/>
      <w:r w:rsidRPr="008B7595">
        <w:rPr>
          <w:sz w:val="22"/>
        </w:rPr>
        <w:t xml:space="preserve"> .............   ☐ Demande particulière à </w:t>
      </w:r>
      <w:proofErr w:type="gramStart"/>
      <w:r w:rsidRPr="008B7595">
        <w:rPr>
          <w:sz w:val="22"/>
        </w:rPr>
        <w:t>préciser :</w:t>
      </w:r>
      <w:proofErr w:type="gramEnd"/>
      <w:r w:rsidRPr="008B7595">
        <w:rPr>
          <w:sz w:val="22"/>
        </w:rPr>
        <w:t xml:space="preserve"> ........................</w:t>
      </w:r>
    </w:p>
    <w:p w14:paraId="103ECA98" w14:textId="77777777" w:rsidR="000721DF" w:rsidRPr="008B7595" w:rsidRDefault="00000000">
      <w:pPr>
        <w:rPr>
          <w:sz w:val="22"/>
        </w:rPr>
      </w:pPr>
      <w:proofErr w:type="gramStart"/>
      <w:r w:rsidRPr="008B7595">
        <w:rPr>
          <w:sz w:val="22"/>
        </w:rPr>
        <w:t>Besoins :</w:t>
      </w:r>
      <w:proofErr w:type="gramEnd"/>
      <w:r w:rsidRPr="008B7595">
        <w:rPr>
          <w:sz w:val="22"/>
        </w:rPr>
        <w:t xml:space="preserve"> ☐ Table(s) : ........   ☐ Chaise(s</w:t>
      </w:r>
      <w:proofErr w:type="gramStart"/>
      <w:r w:rsidRPr="008B7595">
        <w:rPr>
          <w:sz w:val="22"/>
        </w:rPr>
        <w:t>) :</w:t>
      </w:r>
      <w:proofErr w:type="gramEnd"/>
      <w:r w:rsidRPr="008B7595">
        <w:rPr>
          <w:sz w:val="22"/>
        </w:rPr>
        <w:t xml:space="preserve"> ........   ☐ Électricité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................................</w:t>
      </w:r>
    </w:p>
    <w:p w14:paraId="53EED2A7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Besoin particulier d’accessibilité ou </w:t>
      </w:r>
      <w:proofErr w:type="gramStart"/>
      <w:r w:rsidRPr="008B7595">
        <w:rPr>
          <w:sz w:val="22"/>
        </w:rPr>
        <w:t>d’aménagement :</w:t>
      </w:r>
      <w:proofErr w:type="gramEnd"/>
      <w:r w:rsidRPr="008B7595">
        <w:rPr>
          <w:sz w:val="22"/>
        </w:rPr>
        <w:t xml:space="preserve"> ................................................................</w:t>
      </w:r>
    </w:p>
    <w:p w14:paraId="0C143BAB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4 Activités proposées</w:t>
      </w:r>
    </w:p>
    <w:p w14:paraId="7F41D147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☐ Dédicace   ☐ Présentation de livre   ☐ Lecture publique   ☐ Atelier</w:t>
      </w:r>
      <w:r w:rsidRPr="008B7595">
        <w:rPr>
          <w:sz w:val="22"/>
        </w:rPr>
        <w:br/>
        <w:t xml:space="preserve">☐ Rencontre professionnelle   ☐ Animation artistique   ☐ Aucune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</w:t>
      </w:r>
    </w:p>
    <w:p w14:paraId="1B069FE9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Intitulé et durée </w:t>
      </w:r>
      <w:proofErr w:type="gramStart"/>
      <w:r w:rsidRPr="008B7595">
        <w:rPr>
          <w:sz w:val="22"/>
        </w:rPr>
        <w:t>envisagés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.........................................................................................................</w:t>
      </w:r>
    </w:p>
    <w:p w14:paraId="68315EB8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5 Déclaration et signature</w:t>
      </w:r>
    </w:p>
    <w:p w14:paraId="490BB812" w14:textId="77777777" w:rsidR="000721DF" w:rsidRDefault="00000000">
      <w:pPr>
        <w:rPr>
          <w:sz w:val="22"/>
        </w:rPr>
      </w:pPr>
      <w:r w:rsidRPr="008B7595">
        <w:rPr>
          <w:sz w:val="22"/>
        </w:rPr>
        <w:t>Je certifie l’exactitude des renseignements fournis. Je comprends que cette demande reste soumise à la confirmation du comité d’organisation, à la disponibilité des espaces et aux conditions de participation qui me seront communiquées. Les informations recueillies servent au traitement de mon inscription et à l’organisation de ma participation.</w:t>
      </w:r>
    </w:p>
    <w:p w14:paraId="5750C051" w14:textId="77777777" w:rsidR="008B7595" w:rsidRPr="008B7595" w:rsidRDefault="008B7595">
      <w:pPr>
        <w:rPr>
          <w:sz w:val="22"/>
        </w:rPr>
      </w:pPr>
    </w:p>
    <w:p w14:paraId="61A174B6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lastRenderedPageBreak/>
        <w:t>Cadre réservé à l’organisation</w:t>
      </w:r>
    </w:p>
    <w:p w14:paraId="0A0752B8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Dossier n</w:t>
      </w:r>
      <w:proofErr w:type="gramStart"/>
      <w:r w:rsidRPr="008B7595">
        <w:rPr>
          <w:sz w:val="22"/>
        </w:rPr>
        <w:t>° :</w:t>
      </w:r>
      <w:proofErr w:type="gramEnd"/>
      <w:r w:rsidRPr="008B7595">
        <w:rPr>
          <w:sz w:val="22"/>
        </w:rPr>
        <w:t xml:space="preserve"> ..................   ☐ Reçu   ☐ À compléter   ☐ Confirmé   ☐ En attente   Stand n</w:t>
      </w:r>
      <w:proofErr w:type="gramStart"/>
      <w:r w:rsidRPr="008B7595">
        <w:rPr>
          <w:sz w:val="22"/>
        </w:rPr>
        <w:t>° :</w:t>
      </w:r>
      <w:proofErr w:type="gramEnd"/>
      <w:r w:rsidRPr="008B7595">
        <w:rPr>
          <w:sz w:val="22"/>
        </w:rPr>
        <w:t xml:space="preserve"> ............</w:t>
      </w:r>
    </w:p>
    <w:p w14:paraId="55FD2633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Forfait </w:t>
      </w:r>
      <w:proofErr w:type="gramStart"/>
      <w:r w:rsidRPr="008B7595">
        <w:rPr>
          <w:sz w:val="22"/>
        </w:rPr>
        <w:t>retenu :</w:t>
      </w:r>
      <w:proofErr w:type="gramEnd"/>
      <w:r w:rsidRPr="008B7595">
        <w:rPr>
          <w:sz w:val="22"/>
        </w:rPr>
        <w:t xml:space="preserve"> ................ USD   Montant </w:t>
      </w:r>
      <w:proofErr w:type="gramStart"/>
      <w:r w:rsidRPr="008B7595">
        <w:rPr>
          <w:sz w:val="22"/>
        </w:rPr>
        <w:t>reçu :</w:t>
      </w:r>
      <w:proofErr w:type="gramEnd"/>
      <w:r w:rsidRPr="008B7595">
        <w:rPr>
          <w:sz w:val="22"/>
        </w:rPr>
        <w:t xml:space="preserve"> ................ USD   </w:t>
      </w:r>
      <w:proofErr w:type="gramStart"/>
      <w:r w:rsidRPr="008B7595">
        <w:rPr>
          <w:sz w:val="22"/>
        </w:rPr>
        <w:t>Solde :</w:t>
      </w:r>
      <w:proofErr w:type="gramEnd"/>
      <w:r w:rsidRPr="008B7595">
        <w:rPr>
          <w:sz w:val="22"/>
        </w:rPr>
        <w:t xml:space="preserve"> ................ USD</w:t>
      </w:r>
    </w:p>
    <w:p w14:paraId="6BAF45B2" w14:textId="77777777" w:rsidR="000721DF" w:rsidRPr="008B7595" w:rsidRDefault="00000000">
      <w:pPr>
        <w:spacing w:before="140"/>
        <w:rPr>
          <w:sz w:val="22"/>
        </w:rPr>
      </w:pPr>
      <w:r w:rsidRPr="008B7595">
        <w:rPr>
          <w:b/>
          <w:sz w:val="22"/>
        </w:rPr>
        <w:t>Signature du postulant</w:t>
      </w:r>
    </w:p>
    <w:p w14:paraId="3E11AF55" w14:textId="77777777" w:rsidR="000721DF" w:rsidRPr="008B7595" w:rsidRDefault="00000000">
      <w:pPr>
        <w:spacing w:after="40"/>
        <w:rPr>
          <w:sz w:val="22"/>
        </w:rPr>
      </w:pPr>
      <w:r w:rsidRPr="008B7595">
        <w:rPr>
          <w:sz w:val="22"/>
        </w:rPr>
        <w:t xml:space="preserve">Fait </w:t>
      </w:r>
      <w:proofErr w:type="gramStart"/>
      <w:r w:rsidRPr="008B7595">
        <w:rPr>
          <w:sz w:val="22"/>
        </w:rPr>
        <w:t>à :</w:t>
      </w:r>
      <w:proofErr w:type="gramEnd"/>
      <w:r w:rsidRPr="008B7595">
        <w:rPr>
          <w:sz w:val="22"/>
        </w:rPr>
        <w:t xml:space="preserve"> ........................................   </w:t>
      </w:r>
      <w:proofErr w:type="gramStart"/>
      <w:r w:rsidRPr="008B7595">
        <w:rPr>
          <w:sz w:val="22"/>
        </w:rPr>
        <w:t>Le :</w:t>
      </w:r>
      <w:proofErr w:type="gramEnd"/>
      <w:r w:rsidRPr="008B7595">
        <w:rPr>
          <w:sz w:val="22"/>
        </w:rPr>
        <w:t xml:space="preserve"> ....... / ....... / ..............</w:t>
      </w:r>
    </w:p>
    <w:p w14:paraId="4780187C" w14:textId="77777777" w:rsidR="000721DF" w:rsidRPr="008B7595" w:rsidRDefault="00000000">
      <w:pPr>
        <w:spacing w:before="200"/>
        <w:rPr>
          <w:sz w:val="22"/>
        </w:rPr>
      </w:pPr>
      <w:proofErr w:type="gramStart"/>
      <w:r w:rsidRPr="008B7595">
        <w:rPr>
          <w:sz w:val="22"/>
        </w:rPr>
        <w:t>Signature :</w:t>
      </w:r>
      <w:proofErr w:type="gramEnd"/>
      <w:r w:rsidRPr="008B7595">
        <w:rPr>
          <w:sz w:val="22"/>
        </w:rPr>
        <w:t xml:space="preserve"> ........................................................................</w:t>
      </w:r>
    </w:p>
    <w:sectPr w:rsidR="000721DF" w:rsidRPr="008B7595" w:rsidSect="00034616">
      <w:headerReference w:type="default" r:id="rId8"/>
      <w:footerReference w:type="default" r:id="rId9"/>
      <w:pgSz w:w="11906" w:h="16838"/>
      <w:pgMar w:top="1757" w:right="1008" w:bottom="964" w:left="1008" w:header="255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A5DA0" w14:textId="77777777" w:rsidR="006B682F" w:rsidRDefault="006B682F">
      <w:pPr>
        <w:spacing w:after="0"/>
      </w:pPr>
      <w:r>
        <w:separator/>
      </w:r>
    </w:p>
  </w:endnote>
  <w:endnote w:type="continuationSeparator" w:id="0">
    <w:p w14:paraId="04C5E3FA" w14:textId="77777777" w:rsidR="006B682F" w:rsidRDefault="006B68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C2C78" w14:textId="3E619851" w:rsidR="000721DF" w:rsidRDefault="00000000">
    <w:pPr>
      <w:pStyle w:val="Fuzeile"/>
      <w:jc w:val="center"/>
    </w:pPr>
    <w:proofErr w:type="gramStart"/>
    <w:r>
      <w:rPr>
        <w:sz w:val="16"/>
      </w:rPr>
      <w:t>contact@soilaac.com  •</w:t>
    </w:r>
    <w:proofErr w:type="gramEnd"/>
    <w:r>
      <w:rPr>
        <w:sz w:val="16"/>
      </w:rPr>
      <w:t xml:space="preserve">  leiter@e-verlag.com</w:t>
    </w:r>
    <w:r>
      <w:rPr>
        <w:sz w:val="16"/>
      </w:rPr>
      <w:br/>
      <w:t>www.soilaac.com  •  +243815774717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71F07" w14:textId="77777777" w:rsidR="006B682F" w:rsidRDefault="006B682F">
      <w:pPr>
        <w:spacing w:after="0"/>
      </w:pPr>
      <w:r>
        <w:separator/>
      </w:r>
    </w:p>
  </w:footnote>
  <w:footnote w:type="continuationSeparator" w:id="0">
    <w:p w14:paraId="0B1ECBBA" w14:textId="77777777" w:rsidR="006B682F" w:rsidRDefault="006B682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4932"/>
      <w:gridCol w:w="4932"/>
    </w:tblGrid>
    <w:tr w:rsidR="000721DF" w14:paraId="36020C7D" w14:textId="77777777">
      <w:tc>
        <w:tcPr>
          <w:tcW w:w="4932" w:type="dxa"/>
          <w:vAlign w:val="center"/>
        </w:tcPr>
        <w:p w14:paraId="6EA55413" w14:textId="77777777" w:rsidR="000721DF" w:rsidRDefault="00000000">
          <w:pPr>
            <w:spacing w:after="0"/>
          </w:pPr>
          <w:r>
            <w:rPr>
              <w:noProof/>
            </w:rPr>
            <w:drawing>
              <wp:inline distT="0" distB="0" distL="0" distR="0" wp14:anchorId="549D98B4" wp14:editId="3CF8224F">
                <wp:extent cx="679207" cy="7920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9207" cy="79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32" w:type="dxa"/>
          <w:vAlign w:val="center"/>
        </w:tcPr>
        <w:p w14:paraId="57976220" w14:textId="77777777" w:rsidR="000721DF" w:rsidRDefault="00000000">
          <w:pPr>
            <w:spacing w:after="0"/>
            <w:jc w:val="right"/>
          </w:pPr>
          <w:r>
            <w:rPr>
              <w:noProof/>
            </w:rPr>
            <w:drawing>
              <wp:inline distT="0" distB="0" distL="0" distR="0" wp14:anchorId="16490047" wp14:editId="099C5387">
                <wp:extent cx="533032" cy="48600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032" cy="48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59C3DF7" w14:textId="77777777" w:rsidR="000721DF" w:rsidRDefault="00000000">
          <w:pPr>
            <w:spacing w:after="0"/>
            <w:jc w:val="right"/>
          </w:pPr>
          <w:r>
            <w:rPr>
              <w:b/>
              <w:color w:val="164D2B"/>
              <w:sz w:val="18"/>
            </w:rPr>
            <w:t>Eichenblatt Verlag</w:t>
          </w:r>
        </w:p>
      </w:tc>
    </w:tr>
  </w:tbl>
  <w:p w14:paraId="07A5F67F" w14:textId="77777777" w:rsidR="000721DF" w:rsidRDefault="000721DF">
    <w:pPr>
      <w:spacing w:after="0"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5327505">
    <w:abstractNumId w:val="8"/>
  </w:num>
  <w:num w:numId="2" w16cid:durableId="1582182522">
    <w:abstractNumId w:val="6"/>
  </w:num>
  <w:num w:numId="3" w16cid:durableId="1459371089">
    <w:abstractNumId w:val="5"/>
  </w:num>
  <w:num w:numId="4" w16cid:durableId="1372269803">
    <w:abstractNumId w:val="4"/>
  </w:num>
  <w:num w:numId="5" w16cid:durableId="895358506">
    <w:abstractNumId w:val="7"/>
  </w:num>
  <w:num w:numId="6" w16cid:durableId="1349328881">
    <w:abstractNumId w:val="3"/>
  </w:num>
  <w:num w:numId="7" w16cid:durableId="1946687126">
    <w:abstractNumId w:val="2"/>
  </w:num>
  <w:num w:numId="8" w16cid:durableId="2005276651">
    <w:abstractNumId w:val="1"/>
  </w:num>
  <w:num w:numId="9" w16cid:durableId="35936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21DF"/>
    <w:rsid w:val="0015074B"/>
    <w:rsid w:val="001E0175"/>
    <w:rsid w:val="0029639D"/>
    <w:rsid w:val="00326F90"/>
    <w:rsid w:val="003A462E"/>
    <w:rsid w:val="005A4C41"/>
    <w:rsid w:val="006B682F"/>
    <w:rsid w:val="008B7595"/>
    <w:rsid w:val="00AA1D8D"/>
    <w:rsid w:val="00AE0356"/>
    <w:rsid w:val="00B37723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BD5484"/>
  <w14:defaultImageDpi w14:val="300"/>
  <w15:docId w15:val="{9FE4DF82-CEBE-4A45-8579-F28F98676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pPr>
      <w:spacing w:after="60" w:line="240" w:lineRule="auto"/>
    </w:pPr>
    <w:rPr>
      <w:rFonts w:ascii="Calibri" w:hAnsi="Calibri"/>
      <w:sz w:val="19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120"/>
      <w:outlineLvl w:val="0"/>
    </w:pPr>
    <w:rPr>
      <w:rFonts w:asciiTheme="majorHAnsi" w:eastAsiaTheme="majorEastAsia" w:hAnsiTheme="majorHAnsi" w:cstheme="majorBidi"/>
      <w:b/>
      <w:bCs/>
      <w:color w:val="000000"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spacing w:after="300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40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3038</Characters>
  <Application>Microsoft Office Word</Application>
  <DocSecurity>0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3513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Tingbo Assale</cp:lastModifiedBy>
  <cp:revision>3</cp:revision>
  <dcterms:created xsi:type="dcterms:W3CDTF">2026-10-18T15:50:00Z</dcterms:created>
  <dcterms:modified xsi:type="dcterms:W3CDTF">2026-10-24T20:28:00Z</dcterms:modified>
  <cp:category/>
</cp:coreProperties>
</file>